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EE2F1" w14:textId="77777777" w:rsidR="0069038F" w:rsidRDefault="0069038F">
      <w:pPr>
        <w:spacing w:line="240" w:lineRule="auto"/>
      </w:pPr>
    </w:p>
    <w:p w14:paraId="1DE51D15" w14:textId="77777777" w:rsidR="0069038F" w:rsidRPr="0028367A" w:rsidRDefault="00000000">
      <w:pPr>
        <w:spacing w:line="276" w:lineRule="auto"/>
        <w:jc w:val="center"/>
        <w:rPr>
          <w:rFonts w:ascii="Book Antiqua" w:hAnsi="Book Antiqua"/>
          <w:lang w:val="sv-SE"/>
        </w:rPr>
      </w:pPr>
      <w:r w:rsidRPr="0028367A">
        <w:rPr>
          <w:rFonts w:ascii="Book Antiqua" w:hAnsi="Book Antiqua"/>
          <w:b/>
          <w:sz w:val="28"/>
          <w:lang w:val="sv-SE"/>
        </w:rPr>
        <w:t>[JUDUL ARTIKEL DITULIS DENGAN HURUF KAPITAL, SINGKAT, JELAS, DAN MENCERMINKAN ISI PENELITIAN]</w:t>
      </w:r>
    </w:p>
    <w:p w14:paraId="799966E6" w14:textId="77777777" w:rsidR="0069038F" w:rsidRPr="0028367A" w:rsidRDefault="0069038F">
      <w:pPr>
        <w:spacing w:line="240" w:lineRule="auto"/>
        <w:rPr>
          <w:lang w:val="sv-SE"/>
        </w:rPr>
      </w:pPr>
    </w:p>
    <w:p w14:paraId="0D0D6F35" w14:textId="77777777" w:rsidR="0069038F" w:rsidRPr="0028367A" w:rsidRDefault="00000000">
      <w:pPr>
        <w:spacing w:line="276" w:lineRule="auto"/>
        <w:jc w:val="center"/>
        <w:rPr>
          <w:rFonts w:ascii="Book Antiqua" w:hAnsi="Book Antiqua"/>
          <w:i/>
          <w:iCs/>
          <w:sz w:val="20"/>
          <w:szCs w:val="20"/>
          <w:lang w:val="it-IT"/>
        </w:rPr>
      </w:pPr>
      <w:r w:rsidRPr="0028367A">
        <w:rPr>
          <w:rFonts w:ascii="Book Antiqua" w:hAnsi="Book Antiqua"/>
          <w:i/>
          <w:iCs/>
          <w:sz w:val="20"/>
          <w:szCs w:val="20"/>
          <w:lang w:val="it-IT"/>
        </w:rPr>
        <w:t>[Nama Penulis Pertama]1, [Nama Penulis Kedua]2</w:t>
      </w:r>
    </w:p>
    <w:p w14:paraId="576FFC39" w14:textId="77777777" w:rsidR="0069038F" w:rsidRPr="0028367A" w:rsidRDefault="00000000">
      <w:pPr>
        <w:spacing w:line="276" w:lineRule="auto"/>
        <w:jc w:val="center"/>
        <w:rPr>
          <w:rFonts w:ascii="Book Antiqua" w:hAnsi="Book Antiqua"/>
          <w:i/>
          <w:iCs/>
          <w:sz w:val="20"/>
          <w:szCs w:val="20"/>
          <w:lang w:val="it-IT"/>
        </w:rPr>
      </w:pPr>
      <w:r w:rsidRPr="0028367A">
        <w:rPr>
          <w:rFonts w:ascii="Book Antiqua" w:hAnsi="Book Antiqua"/>
          <w:i/>
          <w:iCs/>
          <w:sz w:val="20"/>
          <w:szCs w:val="20"/>
          <w:lang w:val="it-IT"/>
        </w:rPr>
        <w:t>1[Afiliasi Penulis Pertama]  2[Afiliasi Penulis Kedua]</w:t>
      </w:r>
    </w:p>
    <w:p w14:paraId="7E2C0AD8" w14:textId="77777777" w:rsidR="0069038F" w:rsidRPr="0028367A" w:rsidRDefault="00000000">
      <w:pPr>
        <w:spacing w:line="276" w:lineRule="auto"/>
        <w:jc w:val="center"/>
        <w:rPr>
          <w:rFonts w:ascii="Book Antiqua" w:hAnsi="Book Antiqua"/>
          <w:i/>
          <w:iCs/>
          <w:sz w:val="20"/>
          <w:szCs w:val="20"/>
        </w:rPr>
      </w:pPr>
      <w:r w:rsidRPr="0028367A">
        <w:rPr>
          <w:rFonts w:ascii="Book Antiqua" w:hAnsi="Book Antiqua"/>
          <w:i/>
          <w:iCs/>
          <w:sz w:val="20"/>
          <w:szCs w:val="20"/>
        </w:rPr>
        <w:t>Corresponding Author: [email.penulis@domain.com]</w:t>
      </w:r>
    </w:p>
    <w:p w14:paraId="7AA8EF22" w14:textId="77777777" w:rsidR="0069038F" w:rsidRDefault="0069038F">
      <w:pPr>
        <w:spacing w:line="240" w:lineRule="auto"/>
      </w:pPr>
    </w:p>
    <w:p w14:paraId="3DEAF67E" w14:textId="77777777" w:rsidR="0069038F" w:rsidRPr="0028367A" w:rsidRDefault="00000000">
      <w:pPr>
        <w:spacing w:line="240" w:lineRule="auto"/>
        <w:jc w:val="center"/>
        <w:rPr>
          <w:rFonts w:ascii="Book Antiqua" w:hAnsi="Book Antiqua"/>
          <w:i/>
          <w:iCs/>
          <w:sz w:val="20"/>
          <w:szCs w:val="20"/>
        </w:rPr>
      </w:pPr>
      <w:r w:rsidRPr="0028367A">
        <w:rPr>
          <w:rFonts w:ascii="Book Antiqua" w:hAnsi="Book Antiqua"/>
          <w:i/>
          <w:iCs/>
          <w:sz w:val="20"/>
          <w:szCs w:val="20"/>
        </w:rPr>
        <w:t>Received: [tanggal bulan tahun] / Revised: [tanggal bulan tahun] / Accepted: [tanggal bulan tahun]</w:t>
      </w:r>
    </w:p>
    <w:p w14:paraId="79FF2573" w14:textId="77777777" w:rsidR="0069038F" w:rsidRDefault="0069038F">
      <w:pPr>
        <w:spacing w:line="240" w:lineRule="auto"/>
      </w:pPr>
    </w:p>
    <w:p w14:paraId="07ADB806" w14:textId="77777777" w:rsidR="0028367A" w:rsidRDefault="0028367A">
      <w:pPr>
        <w:spacing w:line="240" w:lineRule="auto"/>
      </w:pPr>
    </w:p>
    <w:p w14:paraId="4C4C9946" w14:textId="77777777" w:rsidR="0069038F" w:rsidRPr="0028367A" w:rsidRDefault="00000000" w:rsidP="0028367A">
      <w:pPr>
        <w:spacing w:line="240" w:lineRule="auto"/>
        <w:jc w:val="center"/>
        <w:rPr>
          <w:rFonts w:ascii="Book Antiqua" w:hAnsi="Book Antiqua"/>
          <w:bCs/>
          <w:i/>
          <w:iCs/>
          <w:sz w:val="20"/>
          <w:szCs w:val="20"/>
        </w:rPr>
      </w:pPr>
      <w:r w:rsidRPr="0028367A">
        <w:rPr>
          <w:rFonts w:ascii="Book Antiqua" w:hAnsi="Book Antiqua"/>
          <w:bCs/>
          <w:i/>
          <w:iCs/>
          <w:sz w:val="20"/>
          <w:szCs w:val="20"/>
        </w:rPr>
        <w:t>ABSTRACT</w:t>
      </w:r>
    </w:p>
    <w:p w14:paraId="31A0ECDF" w14:textId="77777777" w:rsidR="0069038F" w:rsidRPr="0028367A" w:rsidRDefault="00000000">
      <w:pPr>
        <w:spacing w:line="240" w:lineRule="auto"/>
        <w:jc w:val="both"/>
        <w:rPr>
          <w:rFonts w:ascii="Book Antiqua" w:hAnsi="Book Antiqua"/>
          <w:i/>
          <w:iCs/>
          <w:sz w:val="20"/>
          <w:szCs w:val="20"/>
        </w:rPr>
      </w:pPr>
      <w:r w:rsidRPr="0028367A">
        <w:rPr>
          <w:rFonts w:ascii="Book Antiqua" w:hAnsi="Book Antiqua"/>
          <w:i/>
          <w:iCs/>
          <w:sz w:val="20"/>
          <w:szCs w:val="20"/>
        </w:rPr>
        <w:t>[Write a concise abstract in English, maximum 250 words. The abstract should contain the background of the problem, research objective, method, main findings, and conclusion. Avoid citations unless absolutely necessary. Use Times New Roman 11, italic, single spacing, justified.]</w:t>
      </w:r>
    </w:p>
    <w:p w14:paraId="05ABE3B5" w14:textId="77777777" w:rsidR="0069038F" w:rsidRPr="0028367A" w:rsidRDefault="00000000">
      <w:pPr>
        <w:spacing w:line="240" w:lineRule="auto"/>
        <w:rPr>
          <w:rFonts w:ascii="Book Antiqua" w:hAnsi="Book Antiqua"/>
          <w:i/>
          <w:iCs/>
          <w:sz w:val="20"/>
          <w:szCs w:val="20"/>
        </w:rPr>
      </w:pPr>
      <w:r w:rsidRPr="0028367A">
        <w:rPr>
          <w:rFonts w:ascii="Book Antiqua" w:hAnsi="Book Antiqua"/>
          <w:i/>
          <w:iCs/>
          <w:sz w:val="20"/>
          <w:szCs w:val="20"/>
        </w:rPr>
        <w:t>Keywords: [keyword 1]; [keyword 2]; [keyword 3]; [keyword 4]; [keyword 5]</w:t>
      </w:r>
    </w:p>
    <w:p w14:paraId="2E4B4F2D" w14:textId="77777777" w:rsidR="0069038F" w:rsidRPr="0028367A" w:rsidRDefault="0069038F">
      <w:pPr>
        <w:spacing w:line="240" w:lineRule="auto"/>
        <w:rPr>
          <w:rFonts w:ascii="Book Antiqua" w:hAnsi="Book Antiqua"/>
          <w:i/>
          <w:iCs/>
          <w:sz w:val="20"/>
          <w:szCs w:val="20"/>
        </w:rPr>
      </w:pPr>
    </w:p>
    <w:p w14:paraId="1A294293" w14:textId="77777777" w:rsidR="0069038F" w:rsidRPr="0028367A" w:rsidRDefault="00000000" w:rsidP="0028367A">
      <w:pPr>
        <w:spacing w:line="240" w:lineRule="auto"/>
        <w:jc w:val="center"/>
        <w:rPr>
          <w:rFonts w:ascii="Book Antiqua" w:hAnsi="Book Antiqua"/>
          <w:bCs/>
          <w:i/>
          <w:iCs/>
          <w:sz w:val="20"/>
          <w:szCs w:val="20"/>
        </w:rPr>
      </w:pPr>
      <w:r w:rsidRPr="0028367A">
        <w:rPr>
          <w:rFonts w:ascii="Book Antiqua" w:hAnsi="Book Antiqua"/>
          <w:bCs/>
          <w:i/>
          <w:iCs/>
          <w:sz w:val="20"/>
          <w:szCs w:val="20"/>
        </w:rPr>
        <w:t>ABSTRAK</w:t>
      </w:r>
    </w:p>
    <w:p w14:paraId="3BEBB0FB" w14:textId="77777777" w:rsidR="0069038F" w:rsidRPr="0028367A" w:rsidRDefault="00000000">
      <w:pPr>
        <w:spacing w:line="240" w:lineRule="auto"/>
        <w:jc w:val="both"/>
        <w:rPr>
          <w:rFonts w:ascii="Book Antiqua" w:hAnsi="Book Antiqua"/>
          <w:i/>
          <w:iCs/>
          <w:sz w:val="20"/>
          <w:szCs w:val="20"/>
          <w:lang w:val="sv-SE"/>
        </w:rPr>
      </w:pPr>
      <w:r w:rsidRPr="0028367A">
        <w:rPr>
          <w:rFonts w:ascii="Book Antiqua" w:hAnsi="Book Antiqua"/>
          <w:i/>
          <w:iCs/>
          <w:sz w:val="20"/>
          <w:szCs w:val="20"/>
        </w:rPr>
        <w:t xml:space="preserve">[Tuliskan abstrak bahasa Indonesia secara ringkas, maksimal 250 kata. </w:t>
      </w:r>
      <w:r w:rsidRPr="0028367A">
        <w:rPr>
          <w:rFonts w:ascii="Book Antiqua" w:hAnsi="Book Antiqua"/>
          <w:i/>
          <w:iCs/>
          <w:sz w:val="20"/>
          <w:szCs w:val="20"/>
          <w:lang w:val="sv-SE"/>
        </w:rPr>
        <w:t>Abstrak memuat latar belakang masalah, tujuan penelitian, metode, hasil utama, dan kesimpulan. Hindari sitasi kecuali sangat diperlukan. Gunakan Times New Roman 11, spasi 1, rata kiri-kanan.]</w:t>
      </w:r>
    </w:p>
    <w:p w14:paraId="5BF17422" w14:textId="77777777" w:rsidR="0069038F" w:rsidRPr="0028367A" w:rsidRDefault="00000000">
      <w:pPr>
        <w:spacing w:line="240" w:lineRule="auto"/>
        <w:rPr>
          <w:rFonts w:ascii="Book Antiqua" w:hAnsi="Book Antiqua"/>
          <w:i/>
          <w:iCs/>
          <w:sz w:val="20"/>
          <w:szCs w:val="20"/>
          <w:lang w:val="sv-SE"/>
        </w:rPr>
      </w:pPr>
      <w:r w:rsidRPr="0028367A">
        <w:rPr>
          <w:rFonts w:ascii="Book Antiqua" w:hAnsi="Book Antiqua"/>
          <w:i/>
          <w:iCs/>
          <w:sz w:val="20"/>
          <w:szCs w:val="20"/>
          <w:lang w:val="sv-SE"/>
        </w:rPr>
        <w:t>Kata kunci: [kata kunci 1]; [kata kunci 2]; [kata kunci 3]; [kata kunci 4]; [kata kunci 5]</w:t>
      </w:r>
    </w:p>
    <w:p w14:paraId="59012C38" w14:textId="77777777" w:rsidR="0069038F" w:rsidRDefault="0069038F">
      <w:pPr>
        <w:spacing w:line="240" w:lineRule="auto"/>
        <w:rPr>
          <w:lang w:val="sv-SE"/>
        </w:rPr>
      </w:pPr>
    </w:p>
    <w:p w14:paraId="066B704A" w14:textId="77777777" w:rsidR="0028367A" w:rsidRDefault="0028367A">
      <w:pPr>
        <w:spacing w:line="240" w:lineRule="auto"/>
        <w:rPr>
          <w:lang w:val="sv-SE"/>
        </w:rPr>
      </w:pPr>
    </w:p>
    <w:p w14:paraId="10C372A7" w14:textId="77777777" w:rsidR="002075DD" w:rsidRDefault="002075DD">
      <w:pPr>
        <w:spacing w:line="240" w:lineRule="auto"/>
        <w:rPr>
          <w:lang w:val="sv-SE"/>
        </w:rPr>
      </w:pPr>
    </w:p>
    <w:p w14:paraId="134F3922" w14:textId="77777777" w:rsidR="002075DD" w:rsidRDefault="002075DD">
      <w:pPr>
        <w:spacing w:line="240" w:lineRule="auto"/>
        <w:rPr>
          <w:lang w:val="sv-SE"/>
        </w:rPr>
      </w:pPr>
    </w:p>
    <w:p w14:paraId="45C86BC0" w14:textId="77777777" w:rsidR="002075DD" w:rsidRDefault="002075DD">
      <w:pPr>
        <w:spacing w:line="240" w:lineRule="auto"/>
        <w:rPr>
          <w:lang w:val="sv-SE"/>
        </w:rPr>
      </w:pPr>
    </w:p>
    <w:p w14:paraId="3F14630F" w14:textId="77777777" w:rsidR="002075DD" w:rsidRDefault="002075DD">
      <w:pPr>
        <w:spacing w:line="240" w:lineRule="auto"/>
        <w:rPr>
          <w:lang w:val="sv-SE"/>
        </w:rPr>
      </w:pPr>
    </w:p>
    <w:p w14:paraId="1F48AE36" w14:textId="77777777" w:rsidR="002075DD" w:rsidRDefault="002075DD">
      <w:pPr>
        <w:spacing w:line="240" w:lineRule="auto"/>
        <w:rPr>
          <w:lang w:val="sv-SE"/>
        </w:rPr>
      </w:pPr>
    </w:p>
    <w:p w14:paraId="148B6D45" w14:textId="77777777" w:rsidR="002075DD" w:rsidRDefault="002075DD">
      <w:pPr>
        <w:spacing w:line="240" w:lineRule="auto"/>
        <w:rPr>
          <w:lang w:val="sv-SE"/>
        </w:rPr>
      </w:pPr>
    </w:p>
    <w:p w14:paraId="43974A07" w14:textId="77777777" w:rsidR="002075DD" w:rsidRDefault="002075DD">
      <w:pPr>
        <w:spacing w:line="240" w:lineRule="auto"/>
        <w:rPr>
          <w:lang w:val="sv-SE"/>
        </w:rPr>
      </w:pPr>
    </w:p>
    <w:p w14:paraId="793B6352" w14:textId="77777777" w:rsidR="002075DD" w:rsidRDefault="002075DD">
      <w:pPr>
        <w:spacing w:line="240" w:lineRule="auto"/>
        <w:rPr>
          <w:lang w:val="sv-SE"/>
        </w:rPr>
      </w:pPr>
    </w:p>
    <w:p w14:paraId="19351EEB" w14:textId="77777777" w:rsidR="002075DD" w:rsidRDefault="002075DD">
      <w:pPr>
        <w:spacing w:line="240" w:lineRule="auto"/>
        <w:rPr>
          <w:lang w:val="sv-SE"/>
        </w:rPr>
      </w:pPr>
    </w:p>
    <w:p w14:paraId="7F95BF2F" w14:textId="77777777" w:rsidR="002075DD" w:rsidRDefault="002075DD">
      <w:pPr>
        <w:spacing w:line="240" w:lineRule="auto"/>
        <w:rPr>
          <w:lang w:val="sv-SE"/>
        </w:rPr>
      </w:pPr>
    </w:p>
    <w:p w14:paraId="2880158E" w14:textId="77777777" w:rsidR="002075DD" w:rsidRDefault="002075DD">
      <w:pPr>
        <w:spacing w:line="240" w:lineRule="auto"/>
        <w:rPr>
          <w:lang w:val="sv-SE"/>
        </w:rPr>
      </w:pPr>
    </w:p>
    <w:p w14:paraId="0DF3875A" w14:textId="77777777" w:rsidR="002075DD" w:rsidRDefault="002075DD">
      <w:pPr>
        <w:spacing w:line="240" w:lineRule="auto"/>
        <w:rPr>
          <w:lang w:val="sv-SE"/>
        </w:rPr>
      </w:pPr>
    </w:p>
    <w:p w14:paraId="4ECD7633" w14:textId="77777777" w:rsidR="002075DD" w:rsidRDefault="002075DD">
      <w:pPr>
        <w:spacing w:line="240" w:lineRule="auto"/>
        <w:rPr>
          <w:lang w:val="sv-SE"/>
        </w:rPr>
      </w:pPr>
    </w:p>
    <w:p w14:paraId="1562B751" w14:textId="77777777" w:rsidR="002075DD" w:rsidRDefault="002075DD">
      <w:pPr>
        <w:spacing w:line="240" w:lineRule="auto"/>
        <w:rPr>
          <w:lang w:val="sv-SE"/>
        </w:rPr>
      </w:pPr>
    </w:p>
    <w:p w14:paraId="56F203F6" w14:textId="77777777" w:rsidR="002075DD" w:rsidRDefault="002075DD">
      <w:pPr>
        <w:spacing w:line="240" w:lineRule="auto"/>
        <w:rPr>
          <w:lang w:val="sv-SE"/>
        </w:rPr>
      </w:pPr>
    </w:p>
    <w:p w14:paraId="0B2D718F" w14:textId="77777777" w:rsidR="002075DD" w:rsidRDefault="002075DD">
      <w:pPr>
        <w:spacing w:line="240" w:lineRule="auto"/>
        <w:rPr>
          <w:lang w:val="sv-SE"/>
        </w:rPr>
      </w:pPr>
    </w:p>
    <w:p w14:paraId="28BD8632" w14:textId="77777777" w:rsidR="002075DD" w:rsidRDefault="002075DD">
      <w:pPr>
        <w:spacing w:line="240" w:lineRule="auto"/>
        <w:rPr>
          <w:lang w:val="sv-SE"/>
        </w:rPr>
      </w:pPr>
    </w:p>
    <w:p w14:paraId="55CAADBD" w14:textId="77777777" w:rsidR="002075DD" w:rsidRDefault="002075DD">
      <w:pPr>
        <w:spacing w:line="240" w:lineRule="auto"/>
        <w:rPr>
          <w:lang w:val="sv-SE"/>
        </w:rPr>
      </w:pPr>
    </w:p>
    <w:p w14:paraId="2646F35F" w14:textId="77777777" w:rsidR="002075DD" w:rsidRDefault="002075DD">
      <w:pPr>
        <w:spacing w:line="240" w:lineRule="auto"/>
        <w:rPr>
          <w:lang w:val="sv-SE"/>
        </w:rPr>
      </w:pPr>
    </w:p>
    <w:p w14:paraId="344003A7" w14:textId="77777777" w:rsidR="002075DD" w:rsidRDefault="002075DD">
      <w:pPr>
        <w:spacing w:line="240" w:lineRule="auto"/>
        <w:rPr>
          <w:lang w:val="sv-SE"/>
        </w:rPr>
      </w:pPr>
    </w:p>
    <w:p w14:paraId="1DB89B19" w14:textId="77777777" w:rsidR="002075DD" w:rsidRDefault="002075DD">
      <w:pPr>
        <w:spacing w:line="240" w:lineRule="auto"/>
        <w:rPr>
          <w:lang w:val="sv-SE"/>
        </w:rPr>
      </w:pPr>
    </w:p>
    <w:p w14:paraId="2870A537" w14:textId="77777777" w:rsidR="002075DD" w:rsidRDefault="002075DD">
      <w:pPr>
        <w:spacing w:line="240" w:lineRule="auto"/>
        <w:rPr>
          <w:lang w:val="sv-SE"/>
        </w:rPr>
      </w:pPr>
    </w:p>
    <w:p w14:paraId="15E47019" w14:textId="77777777" w:rsidR="002075DD" w:rsidRPr="0028367A" w:rsidRDefault="002075DD">
      <w:pPr>
        <w:spacing w:line="240" w:lineRule="auto"/>
        <w:rPr>
          <w:lang w:val="sv-SE"/>
        </w:rPr>
      </w:pPr>
    </w:p>
    <w:p w14:paraId="1D0A4174"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lastRenderedPageBreak/>
        <w:t>PENDAHULUAN</w:t>
      </w:r>
    </w:p>
    <w:p w14:paraId="2D7DC234"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Bagian pendahuluan memuat latar belakang masalah, konteks akademik, fenomena utama, urgensi penelitian, kajian penelitian terdahulu, research gap, novelty, dan tujuan penelitian. Tuliskan dalam paragraf naratif dengan sitasi yang relevan. Hindari uraian yang terlalu umum; arahkan pembaca pada masalah spesifik yang diteliti.</w:t>
      </w:r>
    </w:p>
    <w:p w14:paraId="4C900E2C"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t>TINJAUAN LITERATUR</w:t>
      </w:r>
    </w:p>
    <w:p w14:paraId="4D7C7A30"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Bagian ini memuat pembahasan penelitian terdahulu dan teori utama yang digunakan. Susun secara tematik, bukan sekadar daftar pendapat ahli. Akhiri bagian ini dengan celah penelitian dan posisi artikel dalam diskursus ilmiah.</w:t>
      </w:r>
    </w:p>
    <w:p w14:paraId="3B6852DD"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t>METODE</w:t>
      </w:r>
    </w:p>
    <w:p w14:paraId="2C3FB071" w14:textId="77777777" w:rsidR="0069038F" w:rsidRPr="002075DD" w:rsidRDefault="00000000">
      <w:pPr>
        <w:jc w:val="both"/>
        <w:rPr>
          <w:rFonts w:ascii="Book Antiqua" w:hAnsi="Book Antiqua"/>
          <w:szCs w:val="24"/>
        </w:rPr>
      </w:pPr>
      <w:r w:rsidRPr="002075DD">
        <w:rPr>
          <w:rFonts w:ascii="Book Antiqua" w:hAnsi="Book Antiqua"/>
          <w:szCs w:val="24"/>
          <w:lang w:val="sv-SE"/>
        </w:rPr>
        <w:t xml:space="preserve">Jelaskan jenis dan pendekatan penelitian, sumber data, teknik pengumpulan data, prosedur analisis, dan alasan pemilihan metode. </w:t>
      </w:r>
      <w:proofErr w:type="spellStart"/>
      <w:r w:rsidRPr="002075DD">
        <w:rPr>
          <w:rFonts w:ascii="Book Antiqua" w:hAnsi="Book Antiqua"/>
          <w:szCs w:val="24"/>
        </w:rPr>
        <w:t>Untuk</w:t>
      </w:r>
      <w:proofErr w:type="spellEnd"/>
      <w:r w:rsidRPr="002075DD">
        <w:rPr>
          <w:rFonts w:ascii="Book Antiqua" w:hAnsi="Book Antiqua"/>
          <w:szCs w:val="24"/>
        </w:rPr>
        <w:t xml:space="preserve"> </w:t>
      </w:r>
      <w:proofErr w:type="spellStart"/>
      <w:r w:rsidRPr="002075DD">
        <w:rPr>
          <w:rFonts w:ascii="Book Antiqua" w:hAnsi="Book Antiqua"/>
          <w:szCs w:val="24"/>
        </w:rPr>
        <w:t>artikel</w:t>
      </w:r>
      <w:proofErr w:type="spellEnd"/>
      <w:r w:rsidRPr="002075DD">
        <w:rPr>
          <w:rFonts w:ascii="Book Antiqua" w:hAnsi="Book Antiqua"/>
          <w:szCs w:val="24"/>
        </w:rPr>
        <w:t xml:space="preserve"> </w:t>
      </w:r>
      <w:proofErr w:type="spellStart"/>
      <w:r w:rsidRPr="002075DD">
        <w:rPr>
          <w:rFonts w:ascii="Book Antiqua" w:hAnsi="Book Antiqua"/>
          <w:szCs w:val="24"/>
        </w:rPr>
        <w:t>teologis</w:t>
      </w:r>
      <w:proofErr w:type="spellEnd"/>
      <w:r w:rsidRPr="002075DD">
        <w:rPr>
          <w:rFonts w:ascii="Book Antiqua" w:hAnsi="Book Antiqua"/>
          <w:szCs w:val="24"/>
        </w:rPr>
        <w:t xml:space="preserve">, </w:t>
      </w:r>
      <w:proofErr w:type="spellStart"/>
      <w:r w:rsidRPr="002075DD">
        <w:rPr>
          <w:rFonts w:ascii="Book Antiqua" w:hAnsi="Book Antiqua"/>
          <w:szCs w:val="24"/>
        </w:rPr>
        <w:t>dapat</w:t>
      </w:r>
      <w:proofErr w:type="spellEnd"/>
      <w:r w:rsidRPr="002075DD">
        <w:rPr>
          <w:rFonts w:ascii="Book Antiqua" w:hAnsi="Book Antiqua"/>
          <w:szCs w:val="24"/>
        </w:rPr>
        <w:t xml:space="preserve"> menggunakan library research, biblical-theological analysis, comparative theological analysis, atau conceptual-analytical framework sesuai kebutuhan artikel.</w:t>
      </w:r>
    </w:p>
    <w:p w14:paraId="2260B5D2"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t>HASIL DAN PEMBAHASAN</w:t>
      </w:r>
    </w:p>
    <w:p w14:paraId="732BF9CD"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Bagian ini memuat temuan utama dan analisis. Gunakan subjudul tanpa penomoran jika diperlukan. Pembahasan harus bersifat analitis, bukan hanya deskriptif. Hubungkan temuan dengan teori, penelitian terdahulu, dan kontribusi artikel.</w:t>
      </w:r>
    </w:p>
    <w:p w14:paraId="791B165E" w14:textId="77777777" w:rsidR="0069038F" w:rsidRPr="002075DD" w:rsidRDefault="00000000">
      <w:pPr>
        <w:spacing w:before="120"/>
        <w:rPr>
          <w:rFonts w:ascii="Book Antiqua" w:hAnsi="Book Antiqua"/>
          <w:szCs w:val="24"/>
          <w:lang w:val="sv-SE"/>
        </w:rPr>
      </w:pPr>
      <w:r w:rsidRPr="002075DD">
        <w:rPr>
          <w:rFonts w:ascii="Book Antiqua" w:hAnsi="Book Antiqua"/>
          <w:b/>
          <w:i/>
          <w:szCs w:val="24"/>
          <w:lang w:val="sv-SE"/>
        </w:rPr>
        <w:t>[Subjudul Pembahasan Pertama]</w:t>
      </w:r>
    </w:p>
    <w:p w14:paraId="1F361FBE"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[Tuliskan uraian analitis sesuai fokus pembahasan. Setiap paragraf sebaiknya memiliki klaim utama, dukungan literatur/data, analisis, dan implikasi.]</w:t>
      </w:r>
    </w:p>
    <w:p w14:paraId="7A6C7EC8" w14:textId="77777777" w:rsidR="0069038F" w:rsidRPr="002075DD" w:rsidRDefault="0069038F">
      <w:pPr>
        <w:spacing w:line="240" w:lineRule="auto"/>
        <w:rPr>
          <w:rFonts w:ascii="Book Antiqua" w:hAnsi="Book Antiqua"/>
          <w:szCs w:val="24"/>
          <w:lang w:val="sv-SE"/>
        </w:rPr>
      </w:pPr>
    </w:p>
    <w:tbl>
      <w:tblPr>
        <w:tblW w:w="0" w:type="auto"/>
        <w:jc w:val="center"/>
        <w:tblLook w:val="04A0" w:firstRow="1" w:lastRow="0" w:firstColumn="1" w:lastColumn="0" w:noHBand="0" w:noVBand="1"/>
      </w:tblPr>
      <w:tblGrid>
        <w:gridCol w:w="9386"/>
      </w:tblGrid>
      <w:tr w:rsidR="0069038F" w:rsidRPr="002075DD" w14:paraId="13E5FA39" w14:textId="77777777">
        <w:trPr>
          <w:jc w:val="center"/>
        </w:trPr>
        <w:tc>
          <w:tcPr>
            <w:tcW w:w="9406" w:type="dxa"/>
            <w:tcBorders>
              <w:top w:val="single" w:sz="8" w:space="0" w:color="808080"/>
              <w:left w:val="single" w:sz="8" w:space="0" w:color="808080"/>
              <w:bottom w:val="single" w:sz="8" w:space="0" w:color="808080"/>
              <w:right w:val="single" w:sz="8" w:space="0" w:color="808080"/>
            </w:tcBorders>
            <w:shd w:val="clear" w:color="auto" w:fill="F2F2F2"/>
            <w:vAlign w:val="center"/>
          </w:tcPr>
          <w:p w14:paraId="2F48B8CA" w14:textId="77777777" w:rsidR="0069038F" w:rsidRPr="002075DD" w:rsidRDefault="00000000">
            <w:pPr>
              <w:jc w:val="center"/>
              <w:rPr>
                <w:rFonts w:ascii="Book Antiqua" w:hAnsi="Book Antiqua"/>
                <w:szCs w:val="24"/>
              </w:rPr>
            </w:pPr>
            <w:r w:rsidRPr="002075DD">
              <w:rPr>
                <w:rFonts w:ascii="Book Antiqua" w:hAnsi="Book Antiqua"/>
                <w:i/>
                <w:color w:val="555555"/>
                <w:szCs w:val="24"/>
              </w:rPr>
              <w:t>[</w:t>
            </w:r>
            <w:proofErr w:type="spellStart"/>
            <w:r w:rsidRPr="002075DD">
              <w:rPr>
                <w:rFonts w:ascii="Book Antiqua" w:hAnsi="Book Antiqua"/>
                <w:i/>
                <w:color w:val="555555"/>
                <w:szCs w:val="24"/>
              </w:rPr>
              <w:t>Letakkan</w:t>
            </w:r>
            <w:proofErr w:type="spellEnd"/>
            <w:r w:rsidRPr="002075DD">
              <w:rPr>
                <w:rFonts w:ascii="Book Antiqua" w:hAnsi="Book Antiqua"/>
                <w:i/>
                <w:color w:val="555555"/>
                <w:szCs w:val="24"/>
              </w:rPr>
              <w:t xml:space="preserve"> </w:t>
            </w:r>
            <w:proofErr w:type="spellStart"/>
            <w:r w:rsidRPr="002075DD">
              <w:rPr>
                <w:rFonts w:ascii="Book Antiqua" w:hAnsi="Book Antiqua"/>
                <w:i/>
                <w:color w:val="555555"/>
                <w:szCs w:val="24"/>
              </w:rPr>
              <w:t>gambar</w:t>
            </w:r>
            <w:proofErr w:type="spellEnd"/>
            <w:r w:rsidRPr="002075DD">
              <w:rPr>
                <w:rFonts w:ascii="Book Antiqua" w:hAnsi="Book Antiqua"/>
                <w:i/>
                <w:color w:val="555555"/>
                <w:szCs w:val="24"/>
              </w:rPr>
              <w:t xml:space="preserve">/model </w:t>
            </w:r>
            <w:proofErr w:type="spellStart"/>
            <w:r w:rsidRPr="002075DD">
              <w:rPr>
                <w:rFonts w:ascii="Book Antiqua" w:hAnsi="Book Antiqua"/>
                <w:i/>
                <w:color w:val="555555"/>
                <w:szCs w:val="24"/>
              </w:rPr>
              <w:t>konseptual</w:t>
            </w:r>
            <w:proofErr w:type="spellEnd"/>
            <w:r w:rsidRPr="002075DD">
              <w:rPr>
                <w:rFonts w:ascii="Book Antiqua" w:hAnsi="Book Antiqua"/>
                <w:i/>
                <w:color w:val="555555"/>
                <w:szCs w:val="24"/>
              </w:rPr>
              <w:t xml:space="preserve"> di sini]</w:t>
            </w:r>
          </w:p>
        </w:tc>
      </w:tr>
    </w:tbl>
    <w:p w14:paraId="78BD1234" w14:textId="77777777" w:rsidR="0069038F" w:rsidRPr="002075DD" w:rsidRDefault="00000000">
      <w:pPr>
        <w:spacing w:line="240" w:lineRule="auto"/>
        <w:jc w:val="center"/>
        <w:rPr>
          <w:rFonts w:ascii="Book Antiqua" w:hAnsi="Book Antiqua"/>
          <w:szCs w:val="24"/>
        </w:rPr>
      </w:pPr>
      <w:r w:rsidRPr="002075DD">
        <w:rPr>
          <w:rFonts w:ascii="Book Antiqua" w:hAnsi="Book Antiqua"/>
          <w:szCs w:val="24"/>
        </w:rPr>
        <w:t>Gambar 1. [Judul Model/Gambar]</w:t>
      </w:r>
    </w:p>
    <w:p w14:paraId="08704942" w14:textId="77777777" w:rsidR="0069038F" w:rsidRDefault="00000000">
      <w:pPr>
        <w:jc w:val="both"/>
        <w:rPr>
          <w:rFonts w:ascii="Book Antiqua" w:hAnsi="Book Antiqua"/>
          <w:szCs w:val="24"/>
          <w:lang w:val="sv-SE"/>
        </w:rPr>
      </w:pPr>
      <w:r w:rsidRPr="002075DD">
        <w:rPr>
          <w:rFonts w:ascii="Book Antiqua" w:hAnsi="Book Antiqua"/>
          <w:szCs w:val="24"/>
          <w:lang w:val="sv-SE"/>
        </w:rPr>
        <w:t>[Tuliskan keterangan singkat gambar/model konseptual. Jelaskan hubungan antarvariabel/konsep dan kontribusi model terhadap argumentasi artikel.]</w:t>
      </w:r>
    </w:p>
    <w:p w14:paraId="42BE1B63" w14:textId="77777777" w:rsidR="00390B15" w:rsidRDefault="00390B15">
      <w:pPr>
        <w:jc w:val="both"/>
        <w:rPr>
          <w:rFonts w:ascii="Book Antiqua" w:hAnsi="Book Antiqua"/>
          <w:szCs w:val="24"/>
          <w:lang w:val="sv-SE"/>
        </w:rPr>
      </w:pPr>
    </w:p>
    <w:p w14:paraId="78E779AA" w14:textId="77777777" w:rsidR="00390B15" w:rsidRPr="002075DD" w:rsidRDefault="00390B15">
      <w:pPr>
        <w:jc w:val="both"/>
        <w:rPr>
          <w:rFonts w:ascii="Book Antiqua" w:hAnsi="Book Antiqua"/>
          <w:szCs w:val="24"/>
          <w:lang w:val="sv-SE"/>
        </w:rPr>
      </w:pPr>
    </w:p>
    <w:p w14:paraId="56B71FE6" w14:textId="77777777" w:rsidR="0069038F" w:rsidRPr="002075DD" w:rsidRDefault="00000000">
      <w:pPr>
        <w:spacing w:before="120" w:line="240" w:lineRule="auto"/>
        <w:jc w:val="center"/>
        <w:rPr>
          <w:rFonts w:ascii="Book Antiqua" w:hAnsi="Book Antiqua"/>
          <w:szCs w:val="24"/>
        </w:rPr>
      </w:pPr>
      <w:proofErr w:type="spellStart"/>
      <w:r w:rsidRPr="002075DD">
        <w:rPr>
          <w:rFonts w:ascii="Book Antiqua" w:hAnsi="Book Antiqua"/>
          <w:szCs w:val="24"/>
        </w:rPr>
        <w:lastRenderedPageBreak/>
        <w:t>Tabel</w:t>
      </w:r>
      <w:proofErr w:type="spellEnd"/>
      <w:r w:rsidRPr="002075DD">
        <w:rPr>
          <w:rFonts w:ascii="Book Antiqua" w:hAnsi="Book Antiqua"/>
          <w:szCs w:val="24"/>
        </w:rPr>
        <w:t xml:space="preserve"> 1. [Judul Tabel]</w:t>
      </w:r>
    </w:p>
    <w:tbl>
      <w:tblPr>
        <w:tblStyle w:val="TableGrid"/>
        <w:tblW w:w="0" w:type="auto"/>
        <w:jc w:val="center"/>
        <w:tblLook w:val="04A0" w:firstRow="1" w:lastRow="0" w:firstColumn="1" w:lastColumn="0" w:noHBand="0" w:noVBand="1"/>
      </w:tblPr>
      <w:tblGrid>
        <w:gridCol w:w="2347"/>
        <w:gridCol w:w="2351"/>
        <w:gridCol w:w="2349"/>
        <w:gridCol w:w="2349"/>
      </w:tblGrid>
      <w:tr w:rsidR="0069038F" w:rsidRPr="002075DD" w14:paraId="6B0441D5" w14:textId="77777777">
        <w:trPr>
          <w:jc w:val="center"/>
        </w:trPr>
        <w:tc>
          <w:tcPr>
            <w:tcW w:w="2351" w:type="dxa"/>
            <w:shd w:val="clear" w:color="auto" w:fill="D9EAD3"/>
          </w:tcPr>
          <w:p w14:paraId="4A4F99DD" w14:textId="77777777" w:rsidR="0069038F" w:rsidRPr="002075DD" w:rsidRDefault="00000000">
            <w:pPr>
              <w:jc w:val="center"/>
              <w:rPr>
                <w:rFonts w:ascii="Book Antiqua" w:hAnsi="Book Antiqua"/>
                <w:szCs w:val="24"/>
              </w:rPr>
            </w:pPr>
            <w:r w:rsidRPr="002075DD">
              <w:rPr>
                <w:rFonts w:ascii="Book Antiqua" w:hAnsi="Book Antiqua"/>
                <w:b/>
                <w:szCs w:val="24"/>
              </w:rPr>
              <w:t>Aspek</w:t>
            </w:r>
          </w:p>
        </w:tc>
        <w:tc>
          <w:tcPr>
            <w:tcW w:w="2351" w:type="dxa"/>
            <w:shd w:val="clear" w:color="auto" w:fill="D9EAD3"/>
          </w:tcPr>
          <w:p w14:paraId="6ACE8EEC" w14:textId="77777777" w:rsidR="0069038F" w:rsidRPr="002075DD" w:rsidRDefault="00000000">
            <w:pPr>
              <w:jc w:val="center"/>
              <w:rPr>
                <w:rFonts w:ascii="Book Antiqua" w:hAnsi="Book Antiqua"/>
                <w:szCs w:val="24"/>
              </w:rPr>
            </w:pPr>
            <w:r w:rsidRPr="002075DD">
              <w:rPr>
                <w:rFonts w:ascii="Book Antiqua" w:hAnsi="Book Antiqua"/>
                <w:b/>
                <w:szCs w:val="24"/>
              </w:rPr>
              <w:t>Temuan/Kategori</w:t>
            </w:r>
          </w:p>
        </w:tc>
        <w:tc>
          <w:tcPr>
            <w:tcW w:w="2351" w:type="dxa"/>
            <w:shd w:val="clear" w:color="auto" w:fill="D9EAD3"/>
          </w:tcPr>
          <w:p w14:paraId="114DD332" w14:textId="77777777" w:rsidR="0069038F" w:rsidRPr="002075DD" w:rsidRDefault="00000000">
            <w:pPr>
              <w:jc w:val="center"/>
              <w:rPr>
                <w:rFonts w:ascii="Book Antiqua" w:hAnsi="Book Antiqua"/>
                <w:szCs w:val="24"/>
              </w:rPr>
            </w:pPr>
            <w:r w:rsidRPr="002075DD">
              <w:rPr>
                <w:rFonts w:ascii="Book Antiqua" w:hAnsi="Book Antiqua"/>
                <w:b/>
                <w:szCs w:val="24"/>
              </w:rPr>
              <w:t>Analisis</w:t>
            </w:r>
          </w:p>
        </w:tc>
        <w:tc>
          <w:tcPr>
            <w:tcW w:w="2351" w:type="dxa"/>
            <w:shd w:val="clear" w:color="auto" w:fill="D9EAD3"/>
          </w:tcPr>
          <w:p w14:paraId="71ABE886" w14:textId="77777777" w:rsidR="0069038F" w:rsidRPr="002075DD" w:rsidRDefault="00000000">
            <w:pPr>
              <w:jc w:val="center"/>
              <w:rPr>
                <w:rFonts w:ascii="Book Antiqua" w:hAnsi="Book Antiqua"/>
                <w:szCs w:val="24"/>
              </w:rPr>
            </w:pPr>
            <w:r w:rsidRPr="002075DD">
              <w:rPr>
                <w:rFonts w:ascii="Book Antiqua" w:hAnsi="Book Antiqua"/>
                <w:b/>
                <w:szCs w:val="24"/>
              </w:rPr>
              <w:t>Implikasi</w:t>
            </w:r>
          </w:p>
        </w:tc>
      </w:tr>
      <w:tr w:rsidR="0069038F" w:rsidRPr="002075DD" w14:paraId="20918FF3" w14:textId="77777777">
        <w:trPr>
          <w:jc w:val="center"/>
        </w:trPr>
        <w:tc>
          <w:tcPr>
            <w:tcW w:w="2351" w:type="dxa"/>
          </w:tcPr>
          <w:p w14:paraId="1D5E6A9D"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4A2CC19B"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320C3678"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1992674C" w14:textId="77777777" w:rsidR="0069038F" w:rsidRPr="002075DD" w:rsidRDefault="00000000">
            <w:pPr>
              <w:rPr>
                <w:rFonts w:ascii="Book Antiqua" w:hAnsi="Book Antiqua"/>
                <w:szCs w:val="24"/>
              </w:rPr>
            </w:pPr>
            <w:r w:rsidRPr="002075DD">
              <w:rPr>
                <w:rFonts w:ascii="Book Antiqua" w:hAnsi="Book Antiqua"/>
                <w:szCs w:val="24"/>
              </w:rPr>
              <w:t>[isi]</w:t>
            </w:r>
          </w:p>
        </w:tc>
      </w:tr>
      <w:tr w:rsidR="0069038F" w:rsidRPr="002075DD" w14:paraId="3273FC11" w14:textId="77777777">
        <w:trPr>
          <w:jc w:val="center"/>
        </w:trPr>
        <w:tc>
          <w:tcPr>
            <w:tcW w:w="2351" w:type="dxa"/>
          </w:tcPr>
          <w:p w14:paraId="0B4C1FBE"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026A73ED"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48EDEB8B"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6A71FFEC" w14:textId="77777777" w:rsidR="0069038F" w:rsidRPr="002075DD" w:rsidRDefault="00000000">
            <w:pPr>
              <w:rPr>
                <w:rFonts w:ascii="Book Antiqua" w:hAnsi="Book Antiqua"/>
                <w:szCs w:val="24"/>
              </w:rPr>
            </w:pPr>
            <w:r w:rsidRPr="002075DD">
              <w:rPr>
                <w:rFonts w:ascii="Book Antiqua" w:hAnsi="Book Antiqua"/>
                <w:szCs w:val="24"/>
              </w:rPr>
              <w:t>[isi]</w:t>
            </w:r>
          </w:p>
        </w:tc>
      </w:tr>
      <w:tr w:rsidR="0069038F" w:rsidRPr="002075DD" w14:paraId="749CF624" w14:textId="77777777">
        <w:trPr>
          <w:jc w:val="center"/>
        </w:trPr>
        <w:tc>
          <w:tcPr>
            <w:tcW w:w="2351" w:type="dxa"/>
          </w:tcPr>
          <w:p w14:paraId="2699F144"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7AC9966A"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229C631C" w14:textId="77777777" w:rsidR="0069038F" w:rsidRPr="002075DD" w:rsidRDefault="00000000">
            <w:pPr>
              <w:rPr>
                <w:rFonts w:ascii="Book Antiqua" w:hAnsi="Book Antiqua"/>
                <w:szCs w:val="24"/>
              </w:rPr>
            </w:pPr>
            <w:r w:rsidRPr="002075DD">
              <w:rPr>
                <w:rFonts w:ascii="Book Antiqua" w:hAnsi="Book Antiqua"/>
                <w:szCs w:val="24"/>
              </w:rPr>
              <w:t>[isi]</w:t>
            </w:r>
          </w:p>
        </w:tc>
        <w:tc>
          <w:tcPr>
            <w:tcW w:w="2351" w:type="dxa"/>
          </w:tcPr>
          <w:p w14:paraId="6492F3B9" w14:textId="77777777" w:rsidR="0069038F" w:rsidRPr="002075DD" w:rsidRDefault="00000000">
            <w:pPr>
              <w:rPr>
                <w:rFonts w:ascii="Book Antiqua" w:hAnsi="Book Antiqua"/>
                <w:szCs w:val="24"/>
              </w:rPr>
            </w:pPr>
            <w:r w:rsidRPr="002075DD">
              <w:rPr>
                <w:rFonts w:ascii="Book Antiqua" w:hAnsi="Book Antiqua"/>
                <w:szCs w:val="24"/>
              </w:rPr>
              <w:t>[isi]</w:t>
            </w:r>
          </w:p>
        </w:tc>
      </w:tr>
    </w:tbl>
    <w:p w14:paraId="449BBF89" w14:textId="77777777" w:rsidR="0069038F" w:rsidRPr="002075DD" w:rsidRDefault="0069038F">
      <w:pPr>
        <w:spacing w:line="240" w:lineRule="auto"/>
        <w:rPr>
          <w:rFonts w:ascii="Book Antiqua" w:hAnsi="Book Antiqua"/>
          <w:szCs w:val="24"/>
        </w:rPr>
      </w:pPr>
    </w:p>
    <w:p w14:paraId="260FB95F" w14:textId="77777777" w:rsidR="0069038F" w:rsidRPr="002075DD" w:rsidRDefault="00000000" w:rsidP="002075DD">
      <w:pPr>
        <w:spacing w:before="120"/>
        <w:jc w:val="center"/>
        <w:rPr>
          <w:rFonts w:ascii="Book Antiqua" w:hAnsi="Book Antiqua"/>
          <w:bCs/>
          <w:szCs w:val="24"/>
        </w:rPr>
      </w:pPr>
      <w:r w:rsidRPr="002075DD">
        <w:rPr>
          <w:rFonts w:ascii="Book Antiqua" w:hAnsi="Book Antiqua"/>
          <w:bCs/>
          <w:szCs w:val="24"/>
        </w:rPr>
        <w:t>KESIMPULAN</w:t>
      </w:r>
    </w:p>
    <w:p w14:paraId="444739BE" w14:textId="77777777" w:rsidR="0069038F" w:rsidRPr="002075DD" w:rsidRDefault="00000000">
      <w:pPr>
        <w:jc w:val="both"/>
        <w:rPr>
          <w:rFonts w:ascii="Book Antiqua" w:hAnsi="Book Antiqua"/>
          <w:szCs w:val="24"/>
          <w:lang w:val="sv-SE"/>
        </w:rPr>
      </w:pPr>
      <w:r w:rsidRPr="002075DD">
        <w:rPr>
          <w:rFonts w:ascii="Book Antiqua" w:hAnsi="Book Antiqua"/>
          <w:szCs w:val="24"/>
        </w:rPr>
        <w:t xml:space="preserve">Bagian kesimpulan ditulis dalam bentuk paragraf yang menjawab tujuan penelitian. </w:t>
      </w:r>
      <w:r w:rsidRPr="002075DD">
        <w:rPr>
          <w:rFonts w:ascii="Book Antiqua" w:hAnsi="Book Antiqua"/>
          <w:szCs w:val="24"/>
          <w:lang w:val="sv-SE"/>
        </w:rPr>
        <w:t>Tegaskan temuan utama, kontribusi/novelty, implikasi teoretis atau praktis, dan rekomendasi penelitian lanjutan bila diperlukan. Hindari mengulang seluruh pembahasan secara panjang.</w:t>
      </w:r>
    </w:p>
    <w:p w14:paraId="7B7F0BC1"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t>DAFTAR PUSTAKA</w:t>
      </w:r>
    </w:p>
    <w:p w14:paraId="53F2F43B"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Gunakan format APA edisi 6/7 dan pastikan semua sumber yang tercantum di daftar pustaka sudah dikutip dalam teks. Minimal 15 rujukan ilmiah berupa buku akademik dan artikel jurnal. Hindari Wikipedia, blogspot, wordpress, atau sumber non-akademik.</w:t>
      </w:r>
    </w:p>
    <w:p w14:paraId="2A9064DC" w14:textId="77777777" w:rsidR="0069038F" w:rsidRPr="002075DD" w:rsidRDefault="00000000">
      <w:pPr>
        <w:ind w:left="425" w:hanging="425"/>
        <w:rPr>
          <w:rFonts w:ascii="Book Antiqua" w:hAnsi="Book Antiqua"/>
          <w:szCs w:val="24"/>
          <w:lang w:val="sv-SE"/>
        </w:rPr>
      </w:pPr>
      <w:r w:rsidRPr="002075DD">
        <w:rPr>
          <w:rFonts w:ascii="Book Antiqua" w:hAnsi="Book Antiqua"/>
          <w:szCs w:val="24"/>
          <w:lang w:val="sv-SE"/>
        </w:rPr>
        <w:t>[Nama Belakang], [Inisial]. ([Tahun]). [Judul buku]. [Penerbit].</w:t>
      </w:r>
    </w:p>
    <w:p w14:paraId="007A1535" w14:textId="77777777" w:rsidR="0069038F" w:rsidRPr="002075DD" w:rsidRDefault="00000000">
      <w:pPr>
        <w:ind w:left="425" w:hanging="425"/>
        <w:rPr>
          <w:rFonts w:ascii="Book Antiqua" w:hAnsi="Book Antiqua"/>
          <w:szCs w:val="24"/>
        </w:rPr>
      </w:pPr>
      <w:r w:rsidRPr="002075DD">
        <w:rPr>
          <w:rFonts w:ascii="Book Antiqua" w:hAnsi="Book Antiqua"/>
          <w:szCs w:val="24"/>
          <w:lang w:val="sv-SE"/>
        </w:rPr>
        <w:t xml:space="preserve">[Nama Belakang], [Inisial]., &amp; [Nama Belakang], [Inisial]. ([Tahun]). </w:t>
      </w:r>
      <w:r w:rsidRPr="002075DD">
        <w:rPr>
          <w:rFonts w:ascii="Book Antiqua" w:hAnsi="Book Antiqua"/>
          <w:szCs w:val="24"/>
        </w:rPr>
        <w:t>[</w:t>
      </w:r>
      <w:proofErr w:type="spellStart"/>
      <w:r w:rsidRPr="002075DD">
        <w:rPr>
          <w:rFonts w:ascii="Book Antiqua" w:hAnsi="Book Antiqua"/>
          <w:szCs w:val="24"/>
        </w:rPr>
        <w:t>Judul</w:t>
      </w:r>
      <w:proofErr w:type="spellEnd"/>
      <w:r w:rsidRPr="002075DD">
        <w:rPr>
          <w:rFonts w:ascii="Book Antiqua" w:hAnsi="Book Antiqua"/>
          <w:szCs w:val="24"/>
        </w:rPr>
        <w:t xml:space="preserve"> </w:t>
      </w:r>
      <w:proofErr w:type="spellStart"/>
      <w:r w:rsidRPr="002075DD">
        <w:rPr>
          <w:rFonts w:ascii="Book Antiqua" w:hAnsi="Book Antiqua"/>
          <w:szCs w:val="24"/>
        </w:rPr>
        <w:t>artikel</w:t>
      </w:r>
      <w:proofErr w:type="spellEnd"/>
      <w:r w:rsidRPr="002075DD">
        <w:rPr>
          <w:rFonts w:ascii="Book Antiqua" w:hAnsi="Book Antiqua"/>
          <w:szCs w:val="24"/>
        </w:rPr>
        <w:t>]. [Nama Jurnal], [volume]([nomor]), [halaman]. https://doi.org/[doi]</w:t>
      </w:r>
    </w:p>
    <w:sectPr w:rsidR="0069038F" w:rsidRPr="002075DD" w:rsidSect="00034616">
      <w:headerReference w:type="default" r:id="rId8"/>
      <w:footerReference w:type="default" r:id="rId9"/>
      <w:pgSz w:w="12240" w:h="15840"/>
      <w:pgMar w:top="1417" w:right="1417" w:bottom="1247" w:left="1417"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6C488" w14:textId="77777777" w:rsidR="00EB237A" w:rsidRDefault="00EB237A">
      <w:pPr>
        <w:spacing w:line="240" w:lineRule="auto"/>
      </w:pPr>
      <w:r>
        <w:separator/>
      </w:r>
    </w:p>
  </w:endnote>
  <w:endnote w:type="continuationSeparator" w:id="0">
    <w:p w14:paraId="00F85DC5" w14:textId="77777777" w:rsidR="00EB237A" w:rsidRDefault="00EB23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5BC6F" w14:textId="77777777" w:rsidR="00E74443" w:rsidRPr="00FD2CAA" w:rsidRDefault="00E74443" w:rsidP="00E74443">
    <w:pPr>
      <w:autoSpaceDE w:val="0"/>
      <w:autoSpaceDN w:val="0"/>
      <w:adjustRightInd w:val="0"/>
      <w:spacing w:line="240" w:lineRule="auto"/>
      <w:rPr>
        <w:rFonts w:eastAsiaTheme="minorEastAsia"/>
        <w:sz w:val="20"/>
        <w:szCs w:val="20"/>
      </w:rPr>
    </w:pPr>
    <w:r>
      <w:rPr>
        <w:rFonts w:eastAsiaTheme="minorEastAsia"/>
        <w:sz w:val="20"/>
        <w:szCs w:val="20"/>
      </w:rPr>
      <w:t>E-</w:t>
    </w:r>
    <w:r w:rsidRPr="00FD2CAA">
      <w:rPr>
        <w:rFonts w:eastAsiaTheme="minorEastAsia"/>
        <w:sz w:val="20"/>
        <w:szCs w:val="20"/>
      </w:rPr>
      <w:t xml:space="preserve">ISSN: </w:t>
    </w:r>
  </w:p>
  <w:p w14:paraId="763AC4CA" w14:textId="77777777" w:rsidR="00E74443" w:rsidRPr="00FD2CAA" w:rsidRDefault="00E74443" w:rsidP="00E74443">
    <w:pPr>
      <w:autoSpaceDE w:val="0"/>
      <w:autoSpaceDN w:val="0"/>
      <w:adjustRightInd w:val="0"/>
      <w:spacing w:line="240" w:lineRule="auto"/>
      <w:rPr>
        <w:rFonts w:eastAsiaTheme="minorEastAsia"/>
        <w:sz w:val="20"/>
        <w:szCs w:val="20"/>
      </w:rPr>
    </w:pPr>
    <w:r>
      <w:rPr>
        <w:rFonts w:eastAsiaTheme="minorEastAsia"/>
        <w:sz w:val="20"/>
        <w:szCs w:val="20"/>
      </w:rPr>
      <w:t>P-</w:t>
    </w:r>
    <w:r w:rsidRPr="00FD2CAA">
      <w:rPr>
        <w:rFonts w:eastAsiaTheme="minorEastAsia"/>
        <w:sz w:val="20"/>
        <w:szCs w:val="20"/>
      </w:rPr>
      <w:t xml:space="preserve">ISSN: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8721D" w14:textId="77777777" w:rsidR="00EB237A" w:rsidRDefault="00EB237A">
      <w:pPr>
        <w:spacing w:line="240" w:lineRule="auto"/>
      </w:pPr>
      <w:r>
        <w:separator/>
      </w:r>
    </w:p>
  </w:footnote>
  <w:footnote w:type="continuationSeparator" w:id="0">
    <w:p w14:paraId="48908C84" w14:textId="77777777" w:rsidR="00EB237A" w:rsidRDefault="00EB23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7659915"/>
      <w:docPartObj>
        <w:docPartGallery w:val="Page Numbers (Top of Page)"/>
        <w:docPartUnique/>
      </w:docPartObj>
    </w:sdtPr>
    <w:sdtEndPr>
      <w:rPr>
        <w:noProof/>
      </w:rPr>
    </w:sdtEndPr>
    <w:sdtContent>
      <w:p w14:paraId="6C50A4BC" w14:textId="153E016A" w:rsidR="004C2B12" w:rsidRDefault="004C2B1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FD2CBBD" w14:textId="77777777" w:rsidR="004C2B12" w:rsidRPr="00DA01E4" w:rsidRDefault="004C2B12" w:rsidP="004C2B12">
    <w:pPr>
      <w:autoSpaceDE w:val="0"/>
      <w:autoSpaceDN w:val="0"/>
      <w:adjustRightInd w:val="0"/>
      <w:spacing w:line="240" w:lineRule="auto"/>
    </w:pPr>
    <w:proofErr w:type="spellStart"/>
    <w:r w:rsidRPr="008338BB">
      <w:rPr>
        <w:rFonts w:eastAsiaTheme="minorEastAsia"/>
        <w:b/>
        <w:bCs/>
        <w:i/>
        <w:iCs/>
        <w:sz w:val="20"/>
        <w:szCs w:val="20"/>
      </w:rPr>
      <w:t>Tarombo</w:t>
    </w:r>
    <w:proofErr w:type="spellEnd"/>
    <w:r w:rsidRPr="008338BB">
      <w:rPr>
        <w:rFonts w:eastAsiaTheme="minorEastAsia"/>
        <w:b/>
        <w:bCs/>
        <w:i/>
        <w:iCs/>
        <w:sz w:val="20"/>
        <w:szCs w:val="20"/>
      </w:rPr>
      <w:t>: Journal of Heritage, Faith, and Culture (JHFC)</w:t>
    </w:r>
    <w:r w:rsidRPr="008338BB">
      <w:rPr>
        <w:rFonts w:eastAsiaTheme="minorEastAsia"/>
        <w:i/>
        <w:iCs/>
        <w:sz w:val="20"/>
        <w:szCs w:val="20"/>
      </w:rPr>
      <w:br/>
      <w:t xml:space="preserve">Volume </w:t>
    </w:r>
    <w:r>
      <w:rPr>
        <w:rFonts w:eastAsiaTheme="minorEastAsia"/>
        <w:i/>
        <w:iCs/>
        <w:sz w:val="20"/>
        <w:szCs w:val="20"/>
      </w:rPr>
      <w:t>01</w:t>
    </w:r>
    <w:r w:rsidRPr="008338BB">
      <w:rPr>
        <w:rFonts w:eastAsiaTheme="minorEastAsia"/>
        <w:i/>
        <w:iCs/>
        <w:sz w:val="20"/>
        <w:szCs w:val="20"/>
      </w:rPr>
      <w:t xml:space="preserve">, </w:t>
    </w:r>
    <w:proofErr w:type="spellStart"/>
    <w:r w:rsidRPr="008338BB">
      <w:rPr>
        <w:rFonts w:eastAsiaTheme="minorEastAsia"/>
        <w:i/>
        <w:iCs/>
        <w:sz w:val="20"/>
        <w:szCs w:val="20"/>
      </w:rPr>
      <w:t>Nomor</w:t>
    </w:r>
    <w:proofErr w:type="spellEnd"/>
    <w:r w:rsidRPr="008338BB">
      <w:rPr>
        <w:rFonts w:eastAsiaTheme="minorEastAsia"/>
        <w:i/>
        <w:iCs/>
        <w:sz w:val="20"/>
        <w:szCs w:val="20"/>
      </w:rPr>
      <w:t xml:space="preserve"> </w:t>
    </w:r>
    <w:r>
      <w:rPr>
        <w:rFonts w:eastAsiaTheme="minorEastAsia"/>
        <w:i/>
        <w:iCs/>
        <w:sz w:val="20"/>
        <w:szCs w:val="20"/>
      </w:rPr>
      <w:t>01</w:t>
    </w:r>
    <w:r w:rsidRPr="008338BB">
      <w:rPr>
        <w:rFonts w:eastAsiaTheme="minorEastAsia"/>
        <w:i/>
        <w:iCs/>
        <w:sz w:val="20"/>
        <w:szCs w:val="20"/>
      </w:rPr>
      <w:t xml:space="preserve">, </w:t>
    </w:r>
    <w:proofErr w:type="spellStart"/>
    <w:r w:rsidRPr="008338BB">
      <w:rPr>
        <w:rFonts w:eastAsiaTheme="minorEastAsia"/>
        <w:i/>
        <w:iCs/>
        <w:sz w:val="20"/>
        <w:szCs w:val="20"/>
      </w:rPr>
      <w:t>Tahun</w:t>
    </w:r>
    <w:proofErr w:type="spellEnd"/>
    <w:r w:rsidRPr="008338BB">
      <w:rPr>
        <w:rFonts w:eastAsiaTheme="minorEastAsia"/>
        <w:i/>
        <w:iCs/>
        <w:sz w:val="20"/>
        <w:szCs w:val="20"/>
      </w:rPr>
      <w:t xml:space="preserve"> 20</w:t>
    </w:r>
    <w:r>
      <w:rPr>
        <w:rFonts w:eastAsiaTheme="minorEastAsia"/>
        <w:i/>
        <w:iCs/>
        <w:sz w:val="20"/>
        <w:szCs w:val="20"/>
      </w:rPr>
      <w:t>26</w:t>
    </w:r>
    <w:r w:rsidRPr="008338BB">
      <w:rPr>
        <w:rFonts w:eastAsiaTheme="minorEastAsia"/>
        <w:i/>
        <w:iCs/>
        <w:sz w:val="20"/>
        <w:szCs w:val="20"/>
      </w:rPr>
      <w:br/>
    </w:r>
    <w:proofErr w:type="spellStart"/>
    <w:r>
      <w:rPr>
        <w:rFonts w:eastAsiaTheme="minorEastAsia"/>
        <w:i/>
        <w:iCs/>
        <w:sz w:val="20"/>
        <w:szCs w:val="20"/>
      </w:rPr>
      <w:t>Tersedia</w:t>
    </w:r>
    <w:proofErr w:type="spellEnd"/>
    <w:r>
      <w:rPr>
        <w:rFonts w:eastAsiaTheme="minorEastAsia"/>
        <w:i/>
        <w:iCs/>
        <w:sz w:val="20"/>
        <w:szCs w:val="20"/>
      </w:rPr>
      <w:t xml:space="preserve">: </w:t>
    </w:r>
    <w:hyperlink r:id="rId1" w:history="1">
      <w:r w:rsidRPr="009369A5">
        <w:rPr>
          <w:rStyle w:val="Hyperlink"/>
          <w:rFonts w:eastAsiaTheme="minorEastAsia"/>
          <w:i/>
          <w:iCs/>
          <w:sz w:val="20"/>
          <w:szCs w:val="20"/>
        </w:rPr>
        <w:t>https://tarombojhfc.com</w:t>
      </w:r>
    </w:hyperlink>
  </w:p>
  <w:p w14:paraId="566763B2" w14:textId="2C9B9A4B" w:rsidR="0069038F" w:rsidRPr="0028367A" w:rsidRDefault="0069038F" w:rsidP="002836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50254741">
    <w:abstractNumId w:val="8"/>
  </w:num>
  <w:num w:numId="2" w16cid:durableId="1930969695">
    <w:abstractNumId w:val="6"/>
  </w:num>
  <w:num w:numId="3" w16cid:durableId="586578385">
    <w:abstractNumId w:val="5"/>
  </w:num>
  <w:num w:numId="4" w16cid:durableId="1265304965">
    <w:abstractNumId w:val="4"/>
  </w:num>
  <w:num w:numId="5" w16cid:durableId="1117263192">
    <w:abstractNumId w:val="7"/>
  </w:num>
  <w:num w:numId="6" w16cid:durableId="1615284993">
    <w:abstractNumId w:val="3"/>
  </w:num>
  <w:num w:numId="7" w16cid:durableId="1490438541">
    <w:abstractNumId w:val="2"/>
  </w:num>
  <w:num w:numId="8" w16cid:durableId="1962103792">
    <w:abstractNumId w:val="1"/>
  </w:num>
  <w:num w:numId="9" w16cid:durableId="326633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075DD"/>
    <w:rsid w:val="0028367A"/>
    <w:rsid w:val="0029639D"/>
    <w:rsid w:val="00326F90"/>
    <w:rsid w:val="00390B15"/>
    <w:rsid w:val="004950B8"/>
    <w:rsid w:val="004C2B12"/>
    <w:rsid w:val="0069038F"/>
    <w:rsid w:val="007C3807"/>
    <w:rsid w:val="00AA1D8D"/>
    <w:rsid w:val="00B47730"/>
    <w:rsid w:val="00B66EEF"/>
    <w:rsid w:val="00CB0664"/>
    <w:rsid w:val="00E74443"/>
    <w:rsid w:val="00EB237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32EA71"/>
  <w14:defaultImageDpi w14:val="300"/>
  <w15:docId w15:val="{C92CA78E-60FC-4409-8DC6-7ED991BC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0" w:line="360" w:lineRule="auto"/>
    </w:pPr>
    <w:rPr>
      <w:rFonts w:ascii="Times New Roman" w:eastAsia="Times New Roman" w:hAnsi="Times New Roman"/>
      <w:sz w:val="24"/>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836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https://tarombojhf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530</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Tomi Yulianto</cp:lastModifiedBy>
  <cp:revision>2</cp:revision>
  <dcterms:created xsi:type="dcterms:W3CDTF">2026-04-27T03:47:00Z</dcterms:created>
  <dcterms:modified xsi:type="dcterms:W3CDTF">2026-04-27T03:47:00Z</dcterms:modified>
  <cp:category/>
</cp:coreProperties>
</file>